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06E4" w14:textId="7725067A" w:rsidR="004610BF" w:rsidRPr="002C1363" w:rsidRDefault="00717B8C" w:rsidP="00717B8C">
      <w:pPr>
        <w:jc w:val="center"/>
        <w:rPr>
          <w:rFonts w:cs="Arial"/>
          <w:b/>
          <w:lang w:val="pt-PT"/>
        </w:rPr>
      </w:pPr>
      <w:r>
        <w:rPr>
          <w:rFonts w:ascii="Verdana" w:hAnsi="Verdana"/>
          <w:noProof/>
          <w:color w:val="FFFFFF"/>
          <w:sz w:val="21"/>
          <w:szCs w:val="21"/>
        </w:rPr>
        <w:drawing>
          <wp:anchor distT="0" distB="0" distL="114300" distR="114300" simplePos="0" relativeHeight="251660288" behindDoc="1" locked="0" layoutInCell="1" allowOverlap="1" wp14:anchorId="4731BD80" wp14:editId="4D043B1B">
            <wp:simplePos x="0" y="0"/>
            <wp:positionH relativeFrom="rightMargin">
              <wp:posOffset>85725</wp:posOffset>
            </wp:positionH>
            <wp:positionV relativeFrom="paragraph">
              <wp:posOffset>0</wp:posOffset>
            </wp:positionV>
            <wp:extent cx="523875" cy="541020"/>
            <wp:effectExtent l="0" t="0" r="9525" b="0"/>
            <wp:wrapTight wrapText="bothSides">
              <wp:wrapPolygon edited="0">
                <wp:start x="0" y="0"/>
                <wp:lineTo x="0" y="20535"/>
                <wp:lineTo x="21207" y="20535"/>
                <wp:lineTo x="21207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color w:val="FFFFFF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5B6BA6C8" wp14:editId="5ED6F56A">
            <wp:simplePos x="0" y="0"/>
            <wp:positionH relativeFrom="column">
              <wp:posOffset>-581025</wp:posOffset>
            </wp:positionH>
            <wp:positionV relativeFrom="paragraph">
              <wp:posOffset>0</wp:posOffset>
            </wp:positionV>
            <wp:extent cx="1261745" cy="209550"/>
            <wp:effectExtent l="0" t="0" r="0" b="0"/>
            <wp:wrapTight wrapText="bothSides">
              <wp:wrapPolygon edited="0">
                <wp:start x="0" y="0"/>
                <wp:lineTo x="0" y="19636"/>
                <wp:lineTo x="21198" y="19636"/>
                <wp:lineTo x="21198" y="0"/>
                <wp:lineTo x="0" y="0"/>
              </wp:wrapPolygon>
            </wp:wrapTight>
            <wp:docPr id="1" name="Imagem 1" descr="Logotipo do Governo de Portugal (15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Logotipo do Governo de Portugal (15%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0BF" w:rsidRPr="002C1363">
        <w:rPr>
          <w:b/>
          <w:bCs/>
          <w:lang w:val="pt-PT"/>
        </w:rPr>
        <w:t>AGRUPAMENTO DE ESCOLAS DO BOM SUCESSO-170070</w:t>
      </w:r>
    </w:p>
    <w:p w14:paraId="7D923570" w14:textId="672054A2" w:rsidR="00EF353B" w:rsidRPr="002C1363" w:rsidRDefault="003D0517" w:rsidP="004610BF">
      <w:pPr>
        <w:jc w:val="center"/>
        <w:rPr>
          <w:b/>
          <w:i/>
          <w:color w:val="auto"/>
          <w:lang w:val="pt-PT"/>
        </w:rPr>
      </w:pPr>
      <w:r w:rsidRPr="00717B8C">
        <w:rPr>
          <w:b/>
          <w:i/>
          <w:color w:val="auto"/>
          <w:lang w:val="pt-PT"/>
        </w:rPr>
        <w:t xml:space="preserve">Procedimento </w:t>
      </w:r>
      <w:proofErr w:type="spellStart"/>
      <w:r w:rsidRPr="00717B8C">
        <w:rPr>
          <w:b/>
          <w:i/>
          <w:color w:val="auto"/>
          <w:lang w:val="pt-PT"/>
        </w:rPr>
        <w:t>Concursal</w:t>
      </w:r>
      <w:proofErr w:type="spellEnd"/>
      <w:r w:rsidRPr="00717B8C">
        <w:rPr>
          <w:b/>
          <w:i/>
          <w:color w:val="auto"/>
          <w:lang w:val="pt-PT"/>
        </w:rPr>
        <w:t xml:space="preserve"> Comum para Ocupação de Posto de Trabalho de Técnico Superior</w:t>
      </w:r>
      <w:r w:rsidRPr="00717B8C">
        <w:rPr>
          <w:b/>
          <w:i/>
          <w:color w:val="auto"/>
          <w:lang w:val="pt-PT"/>
        </w:rPr>
        <w:br/>
      </w:r>
      <w:r w:rsidR="002C1363">
        <w:rPr>
          <w:b/>
          <w:i/>
          <w:color w:val="auto"/>
          <w:lang w:val="pt-PT"/>
        </w:rPr>
        <w:t>AVISO (extrato) n.º 9668/2026/2 DR 2.º Serie de 28 de abril</w:t>
      </w:r>
    </w:p>
    <w:p w14:paraId="6D18F701" w14:textId="0E9B34C2" w:rsidR="00EF353B" w:rsidRPr="002C1363" w:rsidRDefault="003D0517" w:rsidP="00717B8C">
      <w:pPr>
        <w:spacing w:before="360" w:after="360"/>
        <w:jc w:val="both"/>
        <w:rPr>
          <w:b/>
          <w:color w:val="1B365D"/>
          <w:sz w:val="28"/>
          <w:lang w:val="pt-PT"/>
        </w:rPr>
      </w:pPr>
      <w:r w:rsidRPr="002C1363">
        <w:rPr>
          <w:b/>
          <w:color w:val="auto"/>
          <w:sz w:val="24"/>
          <w:szCs w:val="24"/>
          <w:lang w:val="pt-PT"/>
        </w:rPr>
        <w:t xml:space="preserve">FORMULÁRIO DE EXERCÍCIO DO DIREITO DE AUDIÊNCIA DOS </w:t>
      </w:r>
      <w:r w:rsidR="004610BF" w:rsidRPr="002C1363">
        <w:rPr>
          <w:b/>
          <w:color w:val="auto"/>
          <w:sz w:val="24"/>
          <w:szCs w:val="24"/>
          <w:lang w:val="pt-PT"/>
        </w:rPr>
        <w:t xml:space="preserve">INTERESSADOS </w:t>
      </w:r>
      <w:r w:rsidRPr="002C1363">
        <w:rPr>
          <w:b/>
          <w:color w:val="1B365D"/>
          <w:sz w:val="28"/>
          <w:lang w:val="pt-PT"/>
        </w:rPr>
        <w:br/>
      </w:r>
      <w:r w:rsidRPr="002C1363">
        <w:rPr>
          <w:sz w:val="20"/>
          <w:lang w:val="pt-PT"/>
        </w:rPr>
        <w:t>(</w:t>
      </w:r>
      <w:r w:rsidR="00B147E1" w:rsidRPr="00B147E1">
        <w:rPr>
          <w:sz w:val="20"/>
          <w:lang w:val="pt-PT"/>
        </w:rPr>
        <w:t>Nos termos do disposto nos artigos 23.º e 25.º da Portaria n.º 233/2022, de 9 de setembro, e nos artigos 121.º e seguintes do Código do Procedimento Administrativo, aprovado pelo Decreto-Lei n.º 4/2015, de 7 de janeiro</w:t>
      </w:r>
      <w:r w:rsidRPr="002C1363">
        <w:rPr>
          <w:sz w:val="20"/>
          <w:lang w:val="pt-PT"/>
        </w:rPr>
        <w:t>)</w:t>
      </w:r>
    </w:p>
    <w:p w14:paraId="71C8E22A" w14:textId="77777777" w:rsidR="00EF353B" w:rsidRPr="002C1363" w:rsidRDefault="003D0517">
      <w:pPr>
        <w:spacing w:before="280" w:after="120"/>
        <w:rPr>
          <w:color w:val="auto"/>
          <w:lang w:val="pt-PT"/>
        </w:rPr>
      </w:pPr>
      <w:r w:rsidRPr="002C1363">
        <w:rPr>
          <w:b/>
          <w:color w:val="auto"/>
          <w:sz w:val="24"/>
          <w:lang w:val="pt-PT"/>
        </w:rPr>
        <w:t>1. IDENTIFICAÇÃO DO(A) CANDIDATO(A)</w:t>
      </w:r>
    </w:p>
    <w:p w14:paraId="42994863" w14:textId="57A87251" w:rsidR="00EF353B" w:rsidRPr="00C53C02" w:rsidRDefault="003D0517">
      <w:pPr>
        <w:spacing w:after="80"/>
        <w:rPr>
          <w:color w:val="auto"/>
          <w:lang w:val="pt-PT"/>
        </w:rPr>
      </w:pPr>
      <w:r w:rsidRPr="00C53C02">
        <w:rPr>
          <w:b/>
          <w:color w:val="auto"/>
          <w:lang w:val="pt-PT"/>
        </w:rPr>
        <w:t xml:space="preserve">Nome Completo: </w:t>
      </w:r>
      <w:r w:rsidRPr="00C53C02">
        <w:rPr>
          <w:color w:val="auto"/>
          <w:lang w:val="pt-PT"/>
        </w:rPr>
        <w:t>_________________________________________</w:t>
      </w:r>
      <w:r w:rsidR="00C53C02" w:rsidRPr="00C53C02">
        <w:rPr>
          <w:color w:val="auto"/>
          <w:lang w:val="pt-PT"/>
        </w:rPr>
        <w:t>__________________</w:t>
      </w:r>
    </w:p>
    <w:p w14:paraId="0D7AE3CC" w14:textId="785F17D9" w:rsidR="00EF353B" w:rsidRPr="002C1363" w:rsidRDefault="003D0517">
      <w:pPr>
        <w:spacing w:after="80"/>
        <w:rPr>
          <w:color w:val="auto"/>
          <w:lang w:val="pt-PT"/>
        </w:rPr>
      </w:pPr>
      <w:r w:rsidRPr="002C1363">
        <w:rPr>
          <w:b/>
          <w:color w:val="auto"/>
          <w:lang w:val="pt-PT"/>
        </w:rPr>
        <w:t xml:space="preserve">N.º de Candidato / Inscrição: </w:t>
      </w:r>
      <w:r w:rsidR="004610BF" w:rsidRPr="002C1363">
        <w:rPr>
          <w:color w:val="auto"/>
          <w:lang w:val="pt-PT"/>
        </w:rPr>
        <w:t>_____________</w:t>
      </w:r>
      <w:r w:rsidRPr="002C1363">
        <w:rPr>
          <w:color w:val="auto"/>
          <w:lang w:val="pt-PT"/>
        </w:rPr>
        <w:t xml:space="preserve"> </w:t>
      </w:r>
      <w:r w:rsidRPr="002C1363">
        <w:rPr>
          <w:b/>
          <w:color w:val="auto"/>
          <w:lang w:val="pt-PT"/>
        </w:rPr>
        <w:t>N.º Documento</w:t>
      </w:r>
      <w:r w:rsidR="00C53C02">
        <w:rPr>
          <w:b/>
          <w:color w:val="auto"/>
          <w:lang w:val="pt-PT"/>
        </w:rPr>
        <w:t xml:space="preserve"> de</w:t>
      </w:r>
      <w:r w:rsidRPr="002C1363">
        <w:rPr>
          <w:b/>
          <w:color w:val="auto"/>
          <w:lang w:val="pt-PT"/>
        </w:rPr>
        <w:t xml:space="preserve"> Identificação:</w:t>
      </w:r>
      <w:r w:rsidR="004610BF" w:rsidRPr="002C1363">
        <w:rPr>
          <w:color w:val="auto"/>
          <w:lang w:val="pt-PT"/>
        </w:rPr>
        <w:t xml:space="preserve"> __________</w:t>
      </w:r>
    </w:p>
    <w:p w14:paraId="3E81B6D1" w14:textId="77777777" w:rsidR="00EF353B" w:rsidRPr="002C1363" w:rsidRDefault="003D0517">
      <w:pPr>
        <w:spacing w:after="80"/>
        <w:rPr>
          <w:color w:val="auto"/>
          <w:lang w:val="pt-PT"/>
        </w:rPr>
      </w:pPr>
      <w:r w:rsidRPr="002C1363">
        <w:rPr>
          <w:b/>
          <w:color w:val="auto"/>
          <w:lang w:val="pt-PT"/>
        </w:rPr>
        <w:t xml:space="preserve">N.º de Identificação Fiscal (NIF): </w:t>
      </w:r>
      <w:r w:rsidRPr="002C1363">
        <w:rPr>
          <w:color w:val="auto"/>
          <w:lang w:val="pt-PT"/>
        </w:rPr>
        <w:t xml:space="preserve">______________  </w:t>
      </w:r>
      <w:r w:rsidRPr="002C1363">
        <w:rPr>
          <w:b/>
          <w:color w:val="auto"/>
          <w:lang w:val="pt-PT"/>
        </w:rPr>
        <w:t>Telefone/Telemóvel:</w:t>
      </w:r>
      <w:r w:rsidR="004610BF" w:rsidRPr="002C1363">
        <w:rPr>
          <w:color w:val="auto"/>
          <w:lang w:val="pt-PT"/>
        </w:rPr>
        <w:t xml:space="preserve"> ______________</w:t>
      </w:r>
    </w:p>
    <w:p w14:paraId="114F4220" w14:textId="77777777" w:rsidR="00EF353B" w:rsidRPr="002C1363" w:rsidRDefault="003D0517">
      <w:pPr>
        <w:spacing w:after="80"/>
        <w:rPr>
          <w:color w:val="auto"/>
          <w:lang w:val="pt-PT"/>
        </w:rPr>
      </w:pPr>
      <w:r w:rsidRPr="002C1363">
        <w:rPr>
          <w:b/>
          <w:color w:val="auto"/>
          <w:lang w:val="pt-PT"/>
        </w:rPr>
        <w:t xml:space="preserve">Correio Eletrónico (E-mail): </w:t>
      </w:r>
      <w:r w:rsidRPr="002C1363">
        <w:rPr>
          <w:color w:val="auto"/>
          <w:lang w:val="pt-PT"/>
        </w:rPr>
        <w:t>__________________________________</w:t>
      </w:r>
      <w:r w:rsidR="009609E6" w:rsidRPr="002C1363">
        <w:rPr>
          <w:color w:val="auto"/>
          <w:lang w:val="pt-PT"/>
        </w:rPr>
        <w:t>_________________</w:t>
      </w:r>
    </w:p>
    <w:p w14:paraId="28A88311" w14:textId="77777777" w:rsidR="00EF353B" w:rsidRPr="002C1363" w:rsidRDefault="003D0517">
      <w:pPr>
        <w:spacing w:before="280" w:after="120"/>
        <w:rPr>
          <w:color w:val="auto"/>
          <w:lang w:val="pt-PT"/>
        </w:rPr>
      </w:pPr>
      <w:r w:rsidRPr="002C1363">
        <w:rPr>
          <w:b/>
          <w:color w:val="auto"/>
          <w:sz w:val="24"/>
          <w:lang w:val="pt-PT"/>
        </w:rPr>
        <w:t>2. OBJETO DA RECLAMAÇÃO / ALEGAÇÃO</w:t>
      </w:r>
    </w:p>
    <w:p w14:paraId="63B8FAEA" w14:textId="77777777" w:rsidR="00EF353B" w:rsidRPr="002C1363" w:rsidRDefault="003D0517">
      <w:pPr>
        <w:spacing w:after="120"/>
        <w:rPr>
          <w:color w:val="auto"/>
          <w:lang w:val="pt-PT"/>
        </w:rPr>
      </w:pPr>
      <w:r w:rsidRPr="002C1363">
        <w:rPr>
          <w:color w:val="auto"/>
          <w:lang w:val="pt-PT"/>
        </w:rPr>
        <w:t>Assinale com um (X) o(s) motivo(s) da sua alegação em sede de audiência prévia:</w:t>
      </w:r>
    </w:p>
    <w:p w14:paraId="4A7ED7BF" w14:textId="57B7EAAF" w:rsidR="00EF353B" w:rsidRPr="002C1363" w:rsidRDefault="003D0517">
      <w:pPr>
        <w:spacing w:after="80"/>
        <w:ind w:left="360"/>
        <w:rPr>
          <w:color w:val="auto"/>
          <w:lang w:val="pt-PT"/>
        </w:rPr>
      </w:pPr>
      <w:r w:rsidRPr="002C1363">
        <w:rPr>
          <w:color w:val="auto"/>
          <w:lang w:val="pt-PT"/>
        </w:rPr>
        <w:t xml:space="preserve">[   ] </w:t>
      </w:r>
      <w:r w:rsidR="00717B8C" w:rsidRPr="002C1363">
        <w:rPr>
          <w:color w:val="auto"/>
          <w:lang w:val="pt-PT"/>
        </w:rPr>
        <w:t>Classificação Final</w:t>
      </w:r>
      <w:r w:rsidRPr="002C1363">
        <w:rPr>
          <w:color w:val="auto"/>
          <w:lang w:val="pt-PT"/>
        </w:rPr>
        <w:t xml:space="preserve"> / Pontuação obtida em Método de Seleção Específico.</w:t>
      </w:r>
    </w:p>
    <w:p w14:paraId="7F279413" w14:textId="77777777" w:rsidR="00EF353B" w:rsidRPr="002C1363" w:rsidRDefault="003D0517">
      <w:pPr>
        <w:spacing w:after="80"/>
        <w:ind w:left="360"/>
        <w:rPr>
          <w:color w:val="auto"/>
          <w:lang w:val="pt-PT"/>
        </w:rPr>
      </w:pPr>
      <w:r w:rsidRPr="002C1363">
        <w:rPr>
          <w:color w:val="auto"/>
          <w:lang w:val="pt-PT"/>
        </w:rPr>
        <w:t>[   ] Classificação Final / Ordenação na Lista de Ordenação Final.</w:t>
      </w:r>
    </w:p>
    <w:p w14:paraId="2C688701" w14:textId="77777777" w:rsidR="00EF353B" w:rsidRPr="002C1363" w:rsidRDefault="003D0517">
      <w:pPr>
        <w:spacing w:after="80"/>
        <w:ind w:left="360"/>
        <w:rPr>
          <w:color w:val="auto"/>
          <w:lang w:val="pt-PT"/>
        </w:rPr>
      </w:pPr>
      <w:r w:rsidRPr="002C1363">
        <w:rPr>
          <w:color w:val="auto"/>
          <w:lang w:val="pt-PT"/>
        </w:rPr>
        <w:t>[   ] Lapso na contabilização de tempo de serviço / experiência profissional.</w:t>
      </w:r>
    </w:p>
    <w:p w14:paraId="410FECA2" w14:textId="12822C0D" w:rsidR="00EF353B" w:rsidRPr="002C1363" w:rsidRDefault="003D0517">
      <w:pPr>
        <w:spacing w:after="80"/>
        <w:ind w:left="360"/>
        <w:rPr>
          <w:color w:val="auto"/>
          <w:lang w:val="pt-PT"/>
        </w:rPr>
      </w:pPr>
      <w:r w:rsidRPr="002C1363">
        <w:rPr>
          <w:color w:val="auto"/>
          <w:lang w:val="pt-PT"/>
        </w:rPr>
        <w:t>[   ] Outro. Especificar brevemente: _____________________________________________________</w:t>
      </w:r>
      <w:r w:rsidR="004610BF" w:rsidRPr="002C1363">
        <w:rPr>
          <w:color w:val="auto"/>
          <w:lang w:val="pt-PT"/>
        </w:rPr>
        <w:t>______________________________________________________________________________________________________________________________________________________________________</w:t>
      </w:r>
    </w:p>
    <w:p w14:paraId="1AF5D054" w14:textId="77777777" w:rsidR="00EF353B" w:rsidRPr="002C1363" w:rsidRDefault="003D0517">
      <w:pPr>
        <w:spacing w:before="280" w:after="120"/>
        <w:rPr>
          <w:color w:val="auto"/>
          <w:lang w:val="pt-PT"/>
        </w:rPr>
      </w:pPr>
      <w:r w:rsidRPr="002C1363">
        <w:rPr>
          <w:b/>
          <w:color w:val="auto"/>
          <w:sz w:val="24"/>
          <w:lang w:val="pt-PT"/>
        </w:rPr>
        <w:t>3. EXPOSIÇÃO FUNDAMENTADA</w:t>
      </w:r>
    </w:p>
    <w:p w14:paraId="6345F94F" w14:textId="032D8571" w:rsidR="00EF353B" w:rsidRPr="004610BF" w:rsidRDefault="004610BF" w:rsidP="00717B8C">
      <w:pPr>
        <w:spacing w:after="160"/>
        <w:jc w:val="both"/>
        <w:rPr>
          <w:color w:val="auto"/>
        </w:rPr>
      </w:pPr>
      <w:r w:rsidRPr="002C1363">
        <w:rPr>
          <w:i/>
          <w:color w:val="auto"/>
          <w:sz w:val="20"/>
          <w:lang w:val="pt-PT"/>
        </w:rPr>
        <w:t xml:space="preserve">(Utilize este espaço para fundamentar </w:t>
      </w:r>
      <w:r w:rsidR="003D0517" w:rsidRPr="002C1363">
        <w:rPr>
          <w:i/>
          <w:color w:val="auto"/>
          <w:sz w:val="20"/>
          <w:lang w:val="pt-PT"/>
        </w:rPr>
        <w:t xml:space="preserve">detalhadamente as razões da sua discordância face </w:t>
      </w:r>
      <w:r w:rsidR="00717B8C">
        <w:rPr>
          <w:i/>
          <w:color w:val="auto"/>
          <w:sz w:val="20"/>
          <w:lang w:val="pt-PT"/>
        </w:rPr>
        <w:t>ao</w:t>
      </w:r>
      <w:r w:rsidR="00940E19">
        <w:rPr>
          <w:i/>
          <w:color w:val="auto"/>
          <w:sz w:val="20"/>
          <w:lang w:val="pt-PT"/>
        </w:rPr>
        <w:t xml:space="preserve"> Projeto de</w:t>
      </w:r>
      <w:r w:rsidR="003D0517" w:rsidRPr="002C1363">
        <w:rPr>
          <w:i/>
          <w:color w:val="auto"/>
          <w:sz w:val="20"/>
          <w:lang w:val="pt-PT"/>
        </w:rPr>
        <w:t xml:space="preserve"> Lista de Ordenação Final publicitada/notificada. Apresente os seus argumentos de forma clara, precisa e objetiva. </w:t>
      </w:r>
      <w:r w:rsidR="003D0517" w:rsidRPr="004610BF">
        <w:rPr>
          <w:i/>
          <w:color w:val="auto"/>
          <w:sz w:val="20"/>
        </w:rPr>
        <w:t xml:space="preserve">Se o </w:t>
      </w:r>
      <w:proofErr w:type="spellStart"/>
      <w:r w:rsidR="003D0517" w:rsidRPr="004610BF">
        <w:rPr>
          <w:i/>
          <w:color w:val="auto"/>
          <w:sz w:val="20"/>
        </w:rPr>
        <w:t>espaço</w:t>
      </w:r>
      <w:proofErr w:type="spellEnd"/>
      <w:r w:rsidR="003D0517" w:rsidRPr="004610BF">
        <w:rPr>
          <w:i/>
          <w:color w:val="auto"/>
          <w:sz w:val="20"/>
        </w:rPr>
        <w:t xml:space="preserve"> for </w:t>
      </w:r>
      <w:proofErr w:type="spellStart"/>
      <w:r w:rsidR="003D0517" w:rsidRPr="004610BF">
        <w:rPr>
          <w:i/>
          <w:color w:val="auto"/>
          <w:sz w:val="20"/>
        </w:rPr>
        <w:t>insuficiente</w:t>
      </w:r>
      <w:proofErr w:type="spellEnd"/>
      <w:r w:rsidR="003D0517" w:rsidRPr="004610BF">
        <w:rPr>
          <w:i/>
          <w:color w:val="auto"/>
          <w:sz w:val="20"/>
        </w:rPr>
        <w:t xml:space="preserve">, </w:t>
      </w:r>
      <w:proofErr w:type="spellStart"/>
      <w:r w:rsidR="003D0517" w:rsidRPr="004610BF">
        <w:rPr>
          <w:i/>
          <w:color w:val="auto"/>
          <w:sz w:val="20"/>
        </w:rPr>
        <w:t>poderá</w:t>
      </w:r>
      <w:proofErr w:type="spellEnd"/>
      <w:r w:rsidR="003D0517" w:rsidRPr="004610BF">
        <w:rPr>
          <w:i/>
          <w:color w:val="auto"/>
          <w:sz w:val="20"/>
        </w:rPr>
        <w:t xml:space="preserve"> anexar folhas complementares).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4610BF" w:rsidRPr="004610BF" w14:paraId="60A88858" w14:textId="77777777">
        <w:tc>
          <w:tcPr>
            <w:tcW w:w="936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AFAFA"/>
          </w:tcPr>
          <w:p w14:paraId="0E7A40E4" w14:textId="77777777" w:rsidR="00EF353B" w:rsidRPr="004610BF" w:rsidRDefault="00EF353B">
            <w:pPr>
              <w:rPr>
                <w:color w:val="auto"/>
              </w:rPr>
            </w:pPr>
          </w:p>
          <w:p w14:paraId="0318219B" w14:textId="77777777" w:rsidR="00EF353B" w:rsidRPr="004610BF" w:rsidRDefault="00EF353B">
            <w:pPr>
              <w:rPr>
                <w:color w:val="auto"/>
              </w:rPr>
            </w:pPr>
          </w:p>
          <w:p w14:paraId="4FCDE251" w14:textId="77777777" w:rsidR="00EF353B" w:rsidRPr="004610BF" w:rsidRDefault="00EF353B">
            <w:pPr>
              <w:rPr>
                <w:color w:val="auto"/>
              </w:rPr>
            </w:pPr>
          </w:p>
          <w:p w14:paraId="2870214F" w14:textId="77777777" w:rsidR="00EF353B" w:rsidRPr="004610BF" w:rsidRDefault="00EF353B">
            <w:pPr>
              <w:rPr>
                <w:color w:val="auto"/>
              </w:rPr>
            </w:pPr>
          </w:p>
          <w:p w14:paraId="70BAA30C" w14:textId="77777777" w:rsidR="00EF353B" w:rsidRPr="004610BF" w:rsidRDefault="00EF353B">
            <w:pPr>
              <w:rPr>
                <w:color w:val="auto"/>
              </w:rPr>
            </w:pPr>
          </w:p>
          <w:p w14:paraId="430DEAE9" w14:textId="77777777" w:rsidR="00EF353B" w:rsidRDefault="00EF353B">
            <w:pPr>
              <w:rPr>
                <w:color w:val="auto"/>
              </w:rPr>
            </w:pPr>
          </w:p>
          <w:p w14:paraId="1430FF64" w14:textId="77777777" w:rsidR="002C1363" w:rsidRDefault="002C1363">
            <w:pPr>
              <w:rPr>
                <w:color w:val="auto"/>
              </w:rPr>
            </w:pPr>
          </w:p>
          <w:p w14:paraId="5811F8F4" w14:textId="77777777" w:rsidR="002C1363" w:rsidRPr="004610BF" w:rsidRDefault="002C1363">
            <w:pPr>
              <w:rPr>
                <w:color w:val="auto"/>
              </w:rPr>
            </w:pPr>
          </w:p>
          <w:p w14:paraId="07F9C7B0" w14:textId="77777777" w:rsidR="00EF353B" w:rsidRPr="004610BF" w:rsidRDefault="00EF353B">
            <w:pPr>
              <w:rPr>
                <w:color w:val="auto"/>
              </w:rPr>
            </w:pPr>
          </w:p>
          <w:p w14:paraId="146E52A7" w14:textId="77777777" w:rsidR="00EF353B" w:rsidRPr="004610BF" w:rsidRDefault="00EF353B">
            <w:pPr>
              <w:rPr>
                <w:color w:val="auto"/>
              </w:rPr>
            </w:pPr>
          </w:p>
          <w:p w14:paraId="67658E7B" w14:textId="77777777" w:rsidR="00EF353B" w:rsidRPr="004610BF" w:rsidRDefault="00EF353B">
            <w:pPr>
              <w:rPr>
                <w:color w:val="auto"/>
              </w:rPr>
            </w:pPr>
          </w:p>
          <w:p w14:paraId="3E17FF44" w14:textId="77777777" w:rsidR="00EF353B" w:rsidRPr="004610BF" w:rsidRDefault="00EF353B">
            <w:pPr>
              <w:rPr>
                <w:color w:val="auto"/>
              </w:rPr>
            </w:pPr>
          </w:p>
          <w:p w14:paraId="39A8B3D6" w14:textId="77777777" w:rsidR="00EF353B" w:rsidRPr="004610BF" w:rsidRDefault="00EF353B">
            <w:pPr>
              <w:rPr>
                <w:color w:val="auto"/>
              </w:rPr>
            </w:pPr>
          </w:p>
          <w:p w14:paraId="1807F44F" w14:textId="77777777" w:rsidR="00EF353B" w:rsidRDefault="00EF353B">
            <w:pPr>
              <w:rPr>
                <w:color w:val="auto"/>
              </w:rPr>
            </w:pPr>
          </w:p>
          <w:p w14:paraId="04342CD5" w14:textId="77777777" w:rsidR="00EF353B" w:rsidRPr="004610BF" w:rsidRDefault="00EF353B">
            <w:pPr>
              <w:rPr>
                <w:color w:val="auto"/>
              </w:rPr>
            </w:pPr>
          </w:p>
        </w:tc>
      </w:tr>
    </w:tbl>
    <w:p w14:paraId="3C83952D" w14:textId="77777777" w:rsidR="00EF353B" w:rsidRPr="004610BF" w:rsidRDefault="003D0517">
      <w:pPr>
        <w:spacing w:before="280" w:after="120"/>
        <w:rPr>
          <w:color w:val="auto"/>
        </w:rPr>
      </w:pPr>
      <w:r w:rsidRPr="004610BF">
        <w:rPr>
          <w:b/>
          <w:color w:val="auto"/>
          <w:sz w:val="24"/>
        </w:rPr>
        <w:lastRenderedPageBreak/>
        <w:t>4. DOCUMENTOS ANEXOS</w:t>
      </w:r>
    </w:p>
    <w:p w14:paraId="1EFEA6D5" w14:textId="77777777" w:rsidR="00EF353B" w:rsidRPr="002C1363" w:rsidRDefault="003D0517" w:rsidP="00717B8C">
      <w:pPr>
        <w:spacing w:after="120"/>
        <w:jc w:val="both"/>
        <w:rPr>
          <w:color w:val="auto"/>
          <w:lang w:val="pt-PT"/>
        </w:rPr>
      </w:pPr>
      <w:r w:rsidRPr="002C1363">
        <w:rPr>
          <w:i/>
          <w:color w:val="auto"/>
          <w:sz w:val="20"/>
          <w:lang w:val="pt-PT"/>
        </w:rPr>
        <w:t>(Identifique os documentos que junta a este formulário para comprovar as suas alegações. Nota: Não devem ser juntos documentos novos que pudessem e devessem ter sido apresentados na fase de candidatura).</w:t>
      </w:r>
    </w:p>
    <w:p w14:paraId="2A52F7CC" w14:textId="77777777" w:rsidR="00EF353B" w:rsidRPr="002C1363" w:rsidRDefault="003D0517" w:rsidP="00717B8C">
      <w:pPr>
        <w:spacing w:after="80"/>
        <w:ind w:left="360"/>
        <w:jc w:val="both"/>
        <w:rPr>
          <w:color w:val="auto"/>
          <w:lang w:val="pt-PT"/>
        </w:rPr>
      </w:pPr>
      <w:r w:rsidRPr="002C1363">
        <w:rPr>
          <w:color w:val="auto"/>
          <w:lang w:val="pt-PT"/>
        </w:rPr>
        <w:t>1. _________________________________________________</w:t>
      </w:r>
      <w:r w:rsidR="004610BF" w:rsidRPr="002C1363">
        <w:rPr>
          <w:color w:val="auto"/>
          <w:lang w:val="pt-PT"/>
        </w:rPr>
        <w:t>________________________</w:t>
      </w:r>
    </w:p>
    <w:p w14:paraId="4BF90C59" w14:textId="77777777" w:rsidR="00EF353B" w:rsidRPr="002C1363" w:rsidRDefault="003D0517">
      <w:pPr>
        <w:spacing w:after="80"/>
        <w:ind w:left="360"/>
        <w:rPr>
          <w:color w:val="auto"/>
          <w:lang w:val="pt-PT"/>
        </w:rPr>
      </w:pPr>
      <w:r w:rsidRPr="002C1363">
        <w:rPr>
          <w:color w:val="auto"/>
          <w:lang w:val="pt-PT"/>
        </w:rPr>
        <w:t>2. _________________________________________________</w:t>
      </w:r>
      <w:r w:rsidR="004610BF" w:rsidRPr="002C1363">
        <w:rPr>
          <w:color w:val="auto"/>
          <w:lang w:val="pt-PT"/>
        </w:rPr>
        <w:t>________________________</w:t>
      </w:r>
    </w:p>
    <w:p w14:paraId="2C5B97DD" w14:textId="77777777" w:rsidR="00EF353B" w:rsidRPr="002C1363" w:rsidRDefault="003D0517">
      <w:pPr>
        <w:spacing w:after="80"/>
        <w:ind w:left="360"/>
        <w:rPr>
          <w:color w:val="auto"/>
          <w:lang w:val="pt-PT"/>
        </w:rPr>
      </w:pPr>
      <w:r w:rsidRPr="002C1363">
        <w:rPr>
          <w:color w:val="auto"/>
          <w:lang w:val="pt-PT"/>
        </w:rPr>
        <w:t>3. _________________________________________________</w:t>
      </w:r>
      <w:r w:rsidR="004610BF" w:rsidRPr="002C1363">
        <w:rPr>
          <w:color w:val="auto"/>
          <w:lang w:val="pt-PT"/>
        </w:rPr>
        <w:t>________________________</w:t>
      </w:r>
    </w:p>
    <w:p w14:paraId="50DDB17B" w14:textId="77777777" w:rsidR="00EF353B" w:rsidRPr="002C1363" w:rsidRDefault="003D0517">
      <w:pPr>
        <w:spacing w:before="280" w:after="120"/>
        <w:rPr>
          <w:color w:val="auto"/>
          <w:lang w:val="pt-PT"/>
        </w:rPr>
      </w:pPr>
      <w:r w:rsidRPr="002C1363">
        <w:rPr>
          <w:b/>
          <w:color w:val="auto"/>
          <w:sz w:val="24"/>
          <w:lang w:val="pt-PT"/>
        </w:rPr>
        <w:t>5. DATA E ASSINATURA</w:t>
      </w:r>
    </w:p>
    <w:p w14:paraId="63EE9E5D" w14:textId="77777777" w:rsidR="00EF353B" w:rsidRPr="002C1363" w:rsidRDefault="003D0517">
      <w:pPr>
        <w:spacing w:after="360"/>
        <w:rPr>
          <w:color w:val="auto"/>
          <w:lang w:val="pt-PT"/>
        </w:rPr>
      </w:pPr>
      <w:r w:rsidRPr="002C1363">
        <w:rPr>
          <w:color w:val="auto"/>
          <w:lang w:val="pt-PT"/>
        </w:rPr>
        <w:t>Declaro sob compromisso de honra que as informações acima prestadas correspondem à verdade.</w:t>
      </w:r>
    </w:p>
    <w:p w14:paraId="543E3817" w14:textId="77777777" w:rsidR="00EF353B" w:rsidRPr="002C1363" w:rsidRDefault="003D0517">
      <w:pPr>
        <w:spacing w:before="240"/>
        <w:rPr>
          <w:color w:val="auto"/>
          <w:lang w:val="pt-PT"/>
        </w:rPr>
      </w:pPr>
      <w:r w:rsidRPr="002C1363">
        <w:rPr>
          <w:color w:val="auto"/>
          <w:lang w:val="pt-PT"/>
        </w:rPr>
        <w:t xml:space="preserve">[Localidade], _____ de ____________________ </w:t>
      </w:r>
      <w:proofErr w:type="spellStart"/>
      <w:r w:rsidRPr="002C1363">
        <w:rPr>
          <w:color w:val="auto"/>
          <w:lang w:val="pt-PT"/>
        </w:rPr>
        <w:t>de</w:t>
      </w:r>
      <w:proofErr w:type="spellEnd"/>
      <w:r w:rsidRPr="002C1363">
        <w:rPr>
          <w:color w:val="auto"/>
          <w:lang w:val="pt-PT"/>
        </w:rPr>
        <w:t xml:space="preserve"> 2026.</w:t>
      </w:r>
      <w:r w:rsidRPr="002C1363">
        <w:rPr>
          <w:color w:val="auto"/>
          <w:lang w:val="pt-PT"/>
        </w:rPr>
        <w:br/>
      </w:r>
      <w:r w:rsidRPr="002C1363">
        <w:rPr>
          <w:color w:val="auto"/>
          <w:lang w:val="pt-PT"/>
        </w:rPr>
        <w:br/>
      </w:r>
      <w:r w:rsidRPr="002C1363">
        <w:rPr>
          <w:color w:val="auto"/>
          <w:lang w:val="pt-PT"/>
        </w:rPr>
        <w:br/>
      </w:r>
      <w:r w:rsidRPr="002C1363">
        <w:rPr>
          <w:color w:val="auto"/>
          <w:lang w:val="pt-PT"/>
        </w:rPr>
        <w:br/>
      </w:r>
    </w:p>
    <w:p w14:paraId="71FAB02E" w14:textId="77777777" w:rsidR="00EF353B" w:rsidRPr="002C1363" w:rsidRDefault="003D0517">
      <w:pPr>
        <w:jc w:val="center"/>
        <w:rPr>
          <w:lang w:val="pt-PT"/>
        </w:rPr>
      </w:pPr>
      <w:r w:rsidRPr="002C1363">
        <w:rPr>
          <w:color w:val="auto"/>
          <w:lang w:val="pt-PT"/>
        </w:rPr>
        <w:t>__________________________________________________________________</w:t>
      </w:r>
      <w:r w:rsidRPr="002C1363">
        <w:rPr>
          <w:color w:val="auto"/>
          <w:lang w:val="pt-PT"/>
        </w:rPr>
        <w:br/>
      </w:r>
      <w:r w:rsidRPr="002C1363">
        <w:rPr>
          <w:b/>
          <w:color w:val="auto"/>
          <w:lang w:val="pt-PT"/>
        </w:rPr>
        <w:t>Assinatura do(a) Candidato(a)</w:t>
      </w:r>
      <w:r w:rsidRPr="002C1363">
        <w:rPr>
          <w:b/>
          <w:color w:val="auto"/>
          <w:lang w:val="pt-PT"/>
        </w:rPr>
        <w:br/>
      </w:r>
      <w:r w:rsidRPr="002C1363">
        <w:rPr>
          <w:i/>
          <w:color w:val="auto"/>
          <w:sz w:val="18"/>
          <w:lang w:val="pt-PT"/>
        </w:rPr>
        <w:t>(A assinatura deve ser conforme o document</w:t>
      </w:r>
      <w:r w:rsidRPr="002C1363">
        <w:rPr>
          <w:i/>
          <w:sz w:val="18"/>
          <w:lang w:val="pt-PT"/>
        </w:rPr>
        <w:t>o de identificação ou efetuada via assinatura digital qualificada)</w:t>
      </w:r>
    </w:p>
    <w:sectPr w:rsidR="00EF353B" w:rsidRPr="002C136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0475481">
    <w:abstractNumId w:val="8"/>
  </w:num>
  <w:num w:numId="2" w16cid:durableId="1107234887">
    <w:abstractNumId w:val="6"/>
  </w:num>
  <w:num w:numId="3" w16cid:durableId="1317566261">
    <w:abstractNumId w:val="5"/>
  </w:num>
  <w:num w:numId="4" w16cid:durableId="806122182">
    <w:abstractNumId w:val="4"/>
  </w:num>
  <w:num w:numId="5" w16cid:durableId="235869519">
    <w:abstractNumId w:val="7"/>
  </w:num>
  <w:num w:numId="6" w16cid:durableId="990476743">
    <w:abstractNumId w:val="3"/>
  </w:num>
  <w:num w:numId="7" w16cid:durableId="1184244263">
    <w:abstractNumId w:val="2"/>
  </w:num>
  <w:num w:numId="8" w16cid:durableId="246231446">
    <w:abstractNumId w:val="1"/>
  </w:num>
  <w:num w:numId="9" w16cid:durableId="108615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1363"/>
    <w:rsid w:val="00326F90"/>
    <w:rsid w:val="003D0517"/>
    <w:rsid w:val="004610BF"/>
    <w:rsid w:val="004A5C80"/>
    <w:rsid w:val="00717B8C"/>
    <w:rsid w:val="00940E19"/>
    <w:rsid w:val="009609E6"/>
    <w:rsid w:val="00984DB4"/>
    <w:rsid w:val="009B77F0"/>
    <w:rsid w:val="00AA1D8D"/>
    <w:rsid w:val="00B10B8F"/>
    <w:rsid w:val="00B147E1"/>
    <w:rsid w:val="00B47730"/>
    <w:rsid w:val="00C53C02"/>
    <w:rsid w:val="00CB0664"/>
    <w:rsid w:val="00EF35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57E856"/>
  <w14:defaultImageDpi w14:val="300"/>
  <w15:docId w15:val="{AFE599B1-E4AC-4447-BFDC-DCFAEE9B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D468C2-C79A-44E6-89C7-ED331B05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Miguel Silva Lopes</cp:lastModifiedBy>
  <cp:revision>5</cp:revision>
  <dcterms:created xsi:type="dcterms:W3CDTF">2026-07-24T18:51:00Z</dcterms:created>
  <dcterms:modified xsi:type="dcterms:W3CDTF">2026-07-29T14:09:00Z</dcterms:modified>
</cp:coreProperties>
</file>